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192B" w14:textId="5FD7360D" w:rsidR="00604150" w:rsidRPr="00604150" w:rsidRDefault="00000000" w:rsidP="00604150">
      <w:pPr>
        <w:spacing w:after="280"/>
        <w:jc w:val="center"/>
        <w:rPr>
          <w:b/>
          <w:sz w:val="28"/>
          <w:szCs w:val="24"/>
        </w:rPr>
      </w:pPr>
      <w:r w:rsidRPr="00604150">
        <w:rPr>
          <w:b/>
          <w:sz w:val="28"/>
          <w:szCs w:val="24"/>
        </w:rPr>
        <w:t>SURAT KUASA PENGAMBILAN RACEPACK / JERSEY</w:t>
      </w:r>
      <w:r w:rsidRPr="00604150">
        <w:rPr>
          <w:b/>
          <w:sz w:val="28"/>
          <w:szCs w:val="24"/>
        </w:rPr>
        <w:br/>
        <w:t>NATURE FAMILY WALK AND TRAIL RUN 2026</w:t>
      </w:r>
    </w:p>
    <w:p w14:paraId="4D6BBA88" w14:textId="77777777" w:rsidR="00553965" w:rsidRPr="00604150" w:rsidRDefault="00000000">
      <w:pPr>
        <w:spacing w:after="120"/>
        <w:rPr>
          <w:sz w:val="24"/>
          <w:szCs w:val="24"/>
          <w:lang w:val="sv-SE"/>
        </w:rPr>
      </w:pPr>
      <w:r w:rsidRPr="00604150">
        <w:rPr>
          <w:sz w:val="24"/>
          <w:szCs w:val="24"/>
          <w:lang w:val="sv-SE"/>
        </w:rPr>
        <w:t>Yang bertanda tangan di bawah ini:</w:t>
      </w:r>
    </w:p>
    <w:p w14:paraId="38DFD50A" w14:textId="77777777" w:rsidR="00553965" w:rsidRPr="00604150" w:rsidRDefault="00000000">
      <w:pPr>
        <w:tabs>
          <w:tab w:val="left" w:pos="2160"/>
        </w:tabs>
        <w:spacing w:after="80"/>
        <w:rPr>
          <w:sz w:val="24"/>
          <w:szCs w:val="24"/>
          <w:lang w:val="sv-SE"/>
        </w:rPr>
      </w:pPr>
      <w:r w:rsidRPr="00604150">
        <w:rPr>
          <w:b/>
          <w:sz w:val="24"/>
          <w:szCs w:val="24"/>
          <w:lang w:val="sv-SE"/>
        </w:rPr>
        <w:t>Nama</w:t>
      </w:r>
      <w:r w:rsidRPr="00604150">
        <w:rPr>
          <w:sz w:val="24"/>
          <w:szCs w:val="24"/>
          <w:lang w:val="sv-SE"/>
        </w:rPr>
        <w:tab/>
        <w:t>: .................................................................................</w:t>
      </w:r>
    </w:p>
    <w:p w14:paraId="7DFCAE1B" w14:textId="77777777" w:rsidR="00553965" w:rsidRPr="00604150" w:rsidRDefault="00000000">
      <w:pPr>
        <w:tabs>
          <w:tab w:val="left" w:pos="2160"/>
        </w:tabs>
        <w:spacing w:after="80"/>
        <w:rPr>
          <w:sz w:val="24"/>
          <w:szCs w:val="24"/>
          <w:lang w:val="sv-SE"/>
        </w:rPr>
      </w:pPr>
      <w:r w:rsidRPr="00604150">
        <w:rPr>
          <w:b/>
          <w:sz w:val="24"/>
          <w:szCs w:val="24"/>
          <w:lang w:val="sv-SE"/>
        </w:rPr>
        <w:t>NIK (KTP)</w:t>
      </w:r>
      <w:r w:rsidRPr="00604150">
        <w:rPr>
          <w:sz w:val="24"/>
          <w:szCs w:val="24"/>
          <w:lang w:val="sv-SE"/>
        </w:rPr>
        <w:tab/>
        <w:t>: .................................................................................</w:t>
      </w:r>
    </w:p>
    <w:p w14:paraId="61B03AF7" w14:textId="77777777" w:rsidR="00553965" w:rsidRPr="00604150" w:rsidRDefault="00000000">
      <w:pPr>
        <w:tabs>
          <w:tab w:val="left" w:pos="2160"/>
        </w:tabs>
        <w:spacing w:after="80"/>
        <w:rPr>
          <w:sz w:val="24"/>
          <w:szCs w:val="24"/>
          <w:lang w:val="sv-SE"/>
        </w:rPr>
      </w:pPr>
      <w:r w:rsidRPr="00604150">
        <w:rPr>
          <w:b/>
          <w:sz w:val="24"/>
          <w:szCs w:val="24"/>
          <w:lang w:val="sv-SE"/>
        </w:rPr>
        <w:t>Alamat</w:t>
      </w:r>
      <w:r w:rsidRPr="00604150">
        <w:rPr>
          <w:sz w:val="24"/>
          <w:szCs w:val="24"/>
          <w:lang w:val="sv-SE"/>
        </w:rPr>
        <w:tab/>
        <w:t>: .................................................................................</w:t>
      </w:r>
    </w:p>
    <w:p w14:paraId="40D30AFE" w14:textId="77777777" w:rsidR="00553965" w:rsidRPr="00604150" w:rsidRDefault="00000000">
      <w:pPr>
        <w:tabs>
          <w:tab w:val="left" w:pos="2160"/>
        </w:tabs>
        <w:spacing w:after="80"/>
        <w:rPr>
          <w:sz w:val="24"/>
          <w:szCs w:val="24"/>
          <w:lang w:val="sv-SE"/>
        </w:rPr>
      </w:pPr>
      <w:r w:rsidRPr="00604150">
        <w:rPr>
          <w:b/>
          <w:sz w:val="24"/>
          <w:szCs w:val="24"/>
          <w:lang w:val="sv-SE"/>
        </w:rPr>
        <w:t>No. HP / WA</w:t>
      </w:r>
      <w:r w:rsidRPr="00604150">
        <w:rPr>
          <w:sz w:val="24"/>
          <w:szCs w:val="24"/>
          <w:lang w:val="sv-SE"/>
        </w:rPr>
        <w:tab/>
        <w:t>: .................................................................................</w:t>
      </w:r>
    </w:p>
    <w:p w14:paraId="7B599660" w14:textId="77777777" w:rsidR="00553965" w:rsidRPr="00604150" w:rsidRDefault="00000000">
      <w:pPr>
        <w:spacing w:after="280"/>
        <w:rPr>
          <w:sz w:val="24"/>
          <w:szCs w:val="24"/>
          <w:lang w:val="sv-SE"/>
        </w:rPr>
      </w:pPr>
      <w:r w:rsidRPr="00604150">
        <w:rPr>
          <w:sz w:val="24"/>
          <w:szCs w:val="24"/>
          <w:lang w:val="sv-SE"/>
        </w:rPr>
        <w:t xml:space="preserve">Selanjutnya disebut sebagai </w:t>
      </w:r>
      <w:r w:rsidRPr="00604150">
        <w:rPr>
          <w:b/>
          <w:bCs/>
          <w:sz w:val="24"/>
          <w:szCs w:val="24"/>
          <w:lang w:val="sv-SE"/>
        </w:rPr>
        <w:t>PEMBERI KUASA</w:t>
      </w:r>
      <w:r w:rsidRPr="00604150">
        <w:rPr>
          <w:sz w:val="24"/>
          <w:szCs w:val="24"/>
          <w:lang w:val="sv-SE"/>
        </w:rPr>
        <w:t>.</w:t>
      </w:r>
    </w:p>
    <w:p w14:paraId="36EAD47E" w14:textId="77777777" w:rsidR="00553965" w:rsidRPr="00604150" w:rsidRDefault="00000000">
      <w:pPr>
        <w:spacing w:after="120"/>
        <w:rPr>
          <w:sz w:val="24"/>
          <w:szCs w:val="24"/>
          <w:lang w:val="sv-SE"/>
        </w:rPr>
      </w:pPr>
      <w:r w:rsidRPr="00604150">
        <w:rPr>
          <w:sz w:val="24"/>
          <w:szCs w:val="24"/>
          <w:lang w:val="sv-SE"/>
        </w:rPr>
        <w:t>Dengan ini memberikan kuasa penuh kepada:</w:t>
      </w:r>
    </w:p>
    <w:p w14:paraId="69E6A3BD" w14:textId="77777777" w:rsidR="00553965" w:rsidRPr="00604150" w:rsidRDefault="00000000">
      <w:pPr>
        <w:tabs>
          <w:tab w:val="left" w:pos="2160"/>
        </w:tabs>
        <w:spacing w:after="80"/>
        <w:rPr>
          <w:sz w:val="24"/>
          <w:szCs w:val="24"/>
          <w:lang w:val="sv-SE"/>
        </w:rPr>
      </w:pPr>
      <w:r w:rsidRPr="00604150">
        <w:rPr>
          <w:b/>
          <w:sz w:val="24"/>
          <w:szCs w:val="24"/>
          <w:lang w:val="sv-SE"/>
        </w:rPr>
        <w:t>Nama</w:t>
      </w:r>
      <w:r w:rsidRPr="00604150">
        <w:rPr>
          <w:sz w:val="24"/>
          <w:szCs w:val="24"/>
          <w:lang w:val="sv-SE"/>
        </w:rPr>
        <w:tab/>
        <w:t>: .................................................................................</w:t>
      </w:r>
    </w:p>
    <w:p w14:paraId="50246BD1" w14:textId="77777777" w:rsidR="00553965" w:rsidRPr="00604150" w:rsidRDefault="00000000">
      <w:pPr>
        <w:tabs>
          <w:tab w:val="left" w:pos="2160"/>
        </w:tabs>
        <w:spacing w:after="80"/>
        <w:rPr>
          <w:sz w:val="24"/>
          <w:szCs w:val="24"/>
          <w:lang w:val="sv-SE"/>
        </w:rPr>
      </w:pPr>
      <w:r w:rsidRPr="00604150">
        <w:rPr>
          <w:b/>
          <w:sz w:val="24"/>
          <w:szCs w:val="24"/>
          <w:lang w:val="sv-SE"/>
        </w:rPr>
        <w:t>NIK (KTP)</w:t>
      </w:r>
      <w:r w:rsidRPr="00604150">
        <w:rPr>
          <w:sz w:val="24"/>
          <w:szCs w:val="24"/>
          <w:lang w:val="sv-SE"/>
        </w:rPr>
        <w:tab/>
        <w:t>: .................................................................................</w:t>
      </w:r>
    </w:p>
    <w:p w14:paraId="204908D2" w14:textId="77777777" w:rsidR="00553965" w:rsidRPr="00604150" w:rsidRDefault="00000000">
      <w:pPr>
        <w:tabs>
          <w:tab w:val="left" w:pos="2160"/>
        </w:tabs>
        <w:spacing w:after="80"/>
        <w:rPr>
          <w:sz w:val="24"/>
          <w:szCs w:val="24"/>
          <w:lang w:val="sv-SE"/>
        </w:rPr>
      </w:pPr>
      <w:r w:rsidRPr="00604150">
        <w:rPr>
          <w:b/>
          <w:sz w:val="24"/>
          <w:szCs w:val="24"/>
          <w:lang w:val="sv-SE"/>
        </w:rPr>
        <w:t>Alamat</w:t>
      </w:r>
      <w:r w:rsidRPr="00604150">
        <w:rPr>
          <w:sz w:val="24"/>
          <w:szCs w:val="24"/>
          <w:lang w:val="sv-SE"/>
        </w:rPr>
        <w:tab/>
        <w:t>: .................................................................................</w:t>
      </w:r>
    </w:p>
    <w:p w14:paraId="2CE4163D" w14:textId="77777777" w:rsidR="00553965" w:rsidRPr="00604150" w:rsidRDefault="00000000">
      <w:pPr>
        <w:tabs>
          <w:tab w:val="left" w:pos="2160"/>
        </w:tabs>
        <w:spacing w:after="80"/>
        <w:rPr>
          <w:sz w:val="24"/>
          <w:szCs w:val="24"/>
          <w:lang w:val="sv-SE"/>
        </w:rPr>
      </w:pPr>
      <w:r w:rsidRPr="00604150">
        <w:rPr>
          <w:b/>
          <w:sz w:val="24"/>
          <w:szCs w:val="24"/>
          <w:lang w:val="sv-SE"/>
        </w:rPr>
        <w:t>No. HP / WA</w:t>
      </w:r>
      <w:r w:rsidRPr="00604150">
        <w:rPr>
          <w:sz w:val="24"/>
          <w:szCs w:val="24"/>
          <w:lang w:val="sv-SE"/>
        </w:rPr>
        <w:tab/>
        <w:t>: .................................................................................</w:t>
      </w:r>
    </w:p>
    <w:p w14:paraId="4535F39B" w14:textId="77777777" w:rsidR="00553965" w:rsidRPr="00604150" w:rsidRDefault="00000000">
      <w:pPr>
        <w:spacing w:after="280"/>
        <w:rPr>
          <w:sz w:val="24"/>
          <w:szCs w:val="24"/>
          <w:lang w:val="sv-SE"/>
        </w:rPr>
      </w:pPr>
      <w:r w:rsidRPr="00604150">
        <w:rPr>
          <w:sz w:val="24"/>
          <w:szCs w:val="24"/>
          <w:lang w:val="sv-SE"/>
        </w:rPr>
        <w:t xml:space="preserve">Selanjutnya disebut sebagai </w:t>
      </w:r>
      <w:r w:rsidRPr="00604150">
        <w:rPr>
          <w:b/>
          <w:bCs/>
          <w:sz w:val="24"/>
          <w:szCs w:val="24"/>
          <w:lang w:val="sv-SE"/>
        </w:rPr>
        <w:t>PENERIMA KUASA</w:t>
      </w:r>
      <w:r w:rsidRPr="00604150">
        <w:rPr>
          <w:sz w:val="24"/>
          <w:szCs w:val="24"/>
          <w:lang w:val="sv-SE"/>
        </w:rPr>
        <w:t>.</w:t>
      </w:r>
    </w:p>
    <w:p w14:paraId="41CF6C28" w14:textId="4BE7108B" w:rsidR="00553965" w:rsidRPr="00604150" w:rsidRDefault="00000000">
      <w:pPr>
        <w:spacing w:after="120"/>
        <w:jc w:val="both"/>
        <w:rPr>
          <w:sz w:val="24"/>
          <w:szCs w:val="24"/>
          <w:lang w:val="sv-SE"/>
        </w:rPr>
      </w:pPr>
      <w:r w:rsidRPr="00604150">
        <w:rPr>
          <w:b/>
          <w:sz w:val="24"/>
          <w:szCs w:val="24"/>
          <w:lang w:val="sv-SE"/>
        </w:rPr>
        <w:t>KHUSUS</w:t>
      </w:r>
      <w:r w:rsidRPr="00604150">
        <w:rPr>
          <w:sz w:val="24"/>
          <w:szCs w:val="24"/>
          <w:lang w:val="sv-SE"/>
        </w:rPr>
        <w:br/>
        <w:t>Untuk dan atas nama Pemberi Kuasa, melakukan pengambilan Race Pack / Jersey untuk acara</w:t>
      </w:r>
      <w:r w:rsidR="00A25FC9" w:rsidRPr="00604150">
        <w:rPr>
          <w:sz w:val="24"/>
          <w:szCs w:val="24"/>
          <w:lang w:val="sv-SE"/>
        </w:rPr>
        <w:t xml:space="preserve"> </w:t>
      </w:r>
      <w:r w:rsidRPr="00604150">
        <w:rPr>
          <w:sz w:val="24"/>
          <w:szCs w:val="24"/>
          <w:lang w:val="sv-SE"/>
        </w:rPr>
        <w:t>Nature Family Walk and Trail Run 2026, dengan rincian pendaftaran sebagai berikut:</w:t>
      </w:r>
    </w:p>
    <w:p w14:paraId="4D75151E" w14:textId="77777777" w:rsidR="00553965" w:rsidRPr="00604150" w:rsidRDefault="00000000">
      <w:pPr>
        <w:tabs>
          <w:tab w:val="left" w:pos="2160"/>
        </w:tabs>
        <w:spacing w:after="80"/>
        <w:rPr>
          <w:sz w:val="24"/>
          <w:szCs w:val="24"/>
          <w:lang w:val="sv-SE"/>
        </w:rPr>
      </w:pPr>
      <w:r w:rsidRPr="00604150">
        <w:rPr>
          <w:b/>
          <w:sz w:val="24"/>
          <w:szCs w:val="24"/>
          <w:lang w:val="sv-SE"/>
        </w:rPr>
        <w:t>Nomor BIB</w:t>
      </w:r>
      <w:r w:rsidRPr="00604150">
        <w:rPr>
          <w:sz w:val="24"/>
          <w:szCs w:val="24"/>
          <w:lang w:val="sv-SE"/>
        </w:rPr>
        <w:tab/>
        <w:t>: .................................................................................</w:t>
      </w:r>
    </w:p>
    <w:p w14:paraId="1FB810E5" w14:textId="77777777" w:rsidR="00553965" w:rsidRPr="00604150" w:rsidRDefault="00000000">
      <w:pPr>
        <w:tabs>
          <w:tab w:val="left" w:pos="2160"/>
        </w:tabs>
        <w:spacing w:after="80"/>
        <w:rPr>
          <w:sz w:val="24"/>
          <w:szCs w:val="24"/>
          <w:lang w:val="sv-SE"/>
        </w:rPr>
      </w:pPr>
      <w:r w:rsidRPr="00604150">
        <w:rPr>
          <w:b/>
          <w:sz w:val="24"/>
          <w:szCs w:val="24"/>
          <w:lang w:val="sv-SE"/>
        </w:rPr>
        <w:t>Kategori Lari</w:t>
      </w:r>
      <w:r w:rsidRPr="00604150">
        <w:rPr>
          <w:sz w:val="24"/>
          <w:szCs w:val="24"/>
          <w:lang w:val="sv-SE"/>
        </w:rPr>
        <w:tab/>
        <w:t>: .................................................................................</w:t>
      </w:r>
    </w:p>
    <w:p w14:paraId="736CD15E" w14:textId="77777777" w:rsidR="00553965" w:rsidRPr="00604150" w:rsidRDefault="00000000">
      <w:pPr>
        <w:tabs>
          <w:tab w:val="left" w:pos="2160"/>
        </w:tabs>
        <w:spacing w:after="80"/>
        <w:rPr>
          <w:sz w:val="24"/>
          <w:szCs w:val="24"/>
          <w:lang w:val="sv-SE"/>
        </w:rPr>
      </w:pPr>
      <w:r w:rsidRPr="00604150">
        <w:rPr>
          <w:b/>
          <w:sz w:val="24"/>
          <w:szCs w:val="24"/>
          <w:lang w:val="sv-SE"/>
        </w:rPr>
        <w:t>Ukuran Jersey</w:t>
      </w:r>
      <w:r w:rsidRPr="00604150">
        <w:rPr>
          <w:sz w:val="24"/>
          <w:szCs w:val="24"/>
          <w:lang w:val="sv-SE"/>
        </w:rPr>
        <w:tab/>
        <w:t>: .................................................................................</w:t>
      </w:r>
    </w:p>
    <w:p w14:paraId="30A8FB7C" w14:textId="77777777" w:rsidR="00553965" w:rsidRPr="00604150" w:rsidRDefault="00000000">
      <w:pPr>
        <w:spacing w:after="480"/>
        <w:jc w:val="both"/>
        <w:rPr>
          <w:sz w:val="24"/>
          <w:szCs w:val="24"/>
          <w:lang w:val="sv-SE"/>
        </w:rPr>
      </w:pPr>
      <w:r w:rsidRPr="00604150">
        <w:rPr>
          <w:sz w:val="24"/>
          <w:szCs w:val="24"/>
          <w:lang w:val="sv-SE"/>
        </w:rPr>
        <w:br/>
        <w:t>Demikian surat kuasa ini dibuat dengan sadar, tanpa paksaan dari pihak mana pun, dan untuk dipergunakan sebagaimana mestinya. Segala akibat hukum yang timbul dari pemberian kuasa ini sepenuhnya menjadi tanggung jawab saya sebagai Pemberi Kuasa.</w:t>
      </w:r>
    </w:p>
    <w:p w14:paraId="5DC49318" w14:textId="77777777" w:rsidR="00553965" w:rsidRPr="00604150" w:rsidRDefault="00000000">
      <w:pPr>
        <w:spacing w:after="280"/>
        <w:jc w:val="right"/>
        <w:rPr>
          <w:sz w:val="24"/>
          <w:szCs w:val="24"/>
          <w:lang w:val="sv-SE"/>
        </w:rPr>
      </w:pPr>
      <w:r w:rsidRPr="00604150">
        <w:rPr>
          <w:sz w:val="24"/>
          <w:szCs w:val="24"/>
          <w:lang w:val="sv-SE"/>
        </w:rPr>
        <w:t>........................., ...... Mei 2026</w:t>
      </w:r>
    </w:p>
    <w:p w14:paraId="594BF1C2" w14:textId="77777777" w:rsidR="00553965" w:rsidRPr="00604150" w:rsidRDefault="00000000">
      <w:pPr>
        <w:tabs>
          <w:tab w:val="left" w:pos="6480"/>
        </w:tabs>
        <w:spacing w:after="0"/>
        <w:rPr>
          <w:sz w:val="24"/>
          <w:szCs w:val="24"/>
          <w:lang w:val="sv-SE"/>
        </w:rPr>
      </w:pPr>
      <w:r w:rsidRPr="00604150">
        <w:rPr>
          <w:sz w:val="24"/>
          <w:szCs w:val="24"/>
          <w:lang w:val="sv-SE"/>
        </w:rPr>
        <w:t>Penerima Kuasa,</w:t>
      </w:r>
      <w:r w:rsidRPr="00604150">
        <w:rPr>
          <w:sz w:val="24"/>
          <w:szCs w:val="24"/>
          <w:lang w:val="sv-SE"/>
        </w:rPr>
        <w:tab/>
        <w:t>Pemberi Kuasa,</w:t>
      </w:r>
    </w:p>
    <w:p w14:paraId="51868AD9" w14:textId="77777777" w:rsidR="00553965" w:rsidRPr="00604150" w:rsidRDefault="00553965">
      <w:pPr>
        <w:rPr>
          <w:sz w:val="24"/>
          <w:szCs w:val="24"/>
          <w:lang w:val="sv-SE"/>
        </w:rPr>
      </w:pPr>
    </w:p>
    <w:p w14:paraId="04C664E4" w14:textId="77777777" w:rsidR="00553965" w:rsidRPr="00604150" w:rsidRDefault="00553965">
      <w:pPr>
        <w:rPr>
          <w:sz w:val="24"/>
          <w:szCs w:val="24"/>
          <w:lang w:val="sv-SE"/>
        </w:rPr>
      </w:pPr>
    </w:p>
    <w:p w14:paraId="4A1931A1" w14:textId="77777777" w:rsidR="00553965" w:rsidRPr="00604150" w:rsidRDefault="00553965">
      <w:pPr>
        <w:rPr>
          <w:sz w:val="24"/>
          <w:szCs w:val="24"/>
          <w:lang w:val="sv-SE"/>
        </w:rPr>
      </w:pPr>
    </w:p>
    <w:p w14:paraId="4391CD2C" w14:textId="3746FB24" w:rsidR="00553965" w:rsidRPr="00604150" w:rsidRDefault="00000000">
      <w:pPr>
        <w:tabs>
          <w:tab w:val="left" w:pos="6480"/>
        </w:tabs>
        <w:rPr>
          <w:sz w:val="24"/>
          <w:szCs w:val="24"/>
        </w:rPr>
      </w:pPr>
      <w:r w:rsidRPr="00604150">
        <w:rPr>
          <w:sz w:val="24"/>
          <w:szCs w:val="24"/>
        </w:rPr>
        <w:t>( ....................................... )</w:t>
      </w:r>
      <w:r w:rsidRPr="00604150">
        <w:rPr>
          <w:sz w:val="24"/>
          <w:szCs w:val="24"/>
        </w:rPr>
        <w:tab/>
        <w:t>( ...................................... )</w:t>
      </w:r>
    </w:p>
    <w:sectPr w:rsidR="00553965" w:rsidRPr="00604150" w:rsidSect="0003461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omorDafta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omorDafta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oinDaftar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oinDaftar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omorDafta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oinDaftar"/>
      <w:lvlText w:val=""/>
      <w:lvlJc w:val="left"/>
      <w:pPr>
        <w:tabs>
          <w:tab w:val="num" w:pos="360"/>
        </w:tabs>
        <w:ind w:left="360" w:hanging="360"/>
      </w:pPr>
      <w:rPr>
        <w:rFonts w:ascii="Symbol" w:hAnsi="Symbol" w:hint="default"/>
      </w:rPr>
    </w:lvl>
  </w:abstractNum>
  <w:num w:numId="1" w16cid:durableId="1594317387">
    <w:abstractNumId w:val="8"/>
  </w:num>
  <w:num w:numId="2" w16cid:durableId="1200046881">
    <w:abstractNumId w:val="6"/>
  </w:num>
  <w:num w:numId="3" w16cid:durableId="37629497">
    <w:abstractNumId w:val="5"/>
  </w:num>
  <w:num w:numId="4" w16cid:durableId="429203261">
    <w:abstractNumId w:val="4"/>
  </w:num>
  <w:num w:numId="5" w16cid:durableId="377365920">
    <w:abstractNumId w:val="7"/>
  </w:num>
  <w:num w:numId="6" w16cid:durableId="754399903">
    <w:abstractNumId w:val="3"/>
  </w:num>
  <w:num w:numId="7" w16cid:durableId="571737297">
    <w:abstractNumId w:val="2"/>
  </w:num>
  <w:num w:numId="8" w16cid:durableId="499005242">
    <w:abstractNumId w:val="1"/>
  </w:num>
  <w:num w:numId="9" w16cid:durableId="190456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00774"/>
    <w:rsid w:val="00553965"/>
    <w:rsid w:val="00604150"/>
    <w:rsid w:val="00A25FC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0C7535"/>
  <w14:defaultImageDpi w14:val="300"/>
  <w15:docId w15:val="{D1A69D3B-4389-483B-B1B5-BCC105783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Judul1">
    <w:name w:val="heading 1"/>
    <w:basedOn w:val="Normal"/>
    <w:next w:val="Normal"/>
    <w:link w:val="Judul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Judul4">
    <w:name w:val="heading 4"/>
    <w:basedOn w:val="Normal"/>
    <w:next w:val="Normal"/>
    <w:link w:val="Judul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Judul5">
    <w:name w:val="heading 5"/>
    <w:basedOn w:val="Normal"/>
    <w:next w:val="Normal"/>
    <w:link w:val="Judul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Judul6">
    <w:name w:val="heading 6"/>
    <w:basedOn w:val="Normal"/>
    <w:next w:val="Normal"/>
    <w:link w:val="Judul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Judul7">
    <w:name w:val="heading 7"/>
    <w:basedOn w:val="Normal"/>
    <w:next w:val="Normal"/>
    <w:link w:val="Judul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Judul8">
    <w:name w:val="heading 8"/>
    <w:basedOn w:val="Normal"/>
    <w:next w:val="Normal"/>
    <w:link w:val="Judul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Judul9">
    <w:name w:val="heading 9"/>
    <w:basedOn w:val="Normal"/>
    <w:next w:val="Normal"/>
    <w:link w:val="Judul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E618BF"/>
    <w:pPr>
      <w:tabs>
        <w:tab w:val="center" w:pos="4680"/>
        <w:tab w:val="right" w:pos="9360"/>
      </w:tabs>
      <w:spacing w:after="0" w:line="240" w:lineRule="auto"/>
    </w:pPr>
  </w:style>
  <w:style w:type="character" w:customStyle="1" w:styleId="HeaderKAR">
    <w:name w:val="Header KAR"/>
    <w:basedOn w:val="FontParagrafDefault"/>
    <w:link w:val="Header"/>
    <w:uiPriority w:val="99"/>
    <w:rsid w:val="00E618BF"/>
  </w:style>
  <w:style w:type="paragraph" w:styleId="Footer">
    <w:name w:val="footer"/>
    <w:basedOn w:val="Normal"/>
    <w:link w:val="FooterKAR"/>
    <w:uiPriority w:val="99"/>
    <w:unhideWhenUsed/>
    <w:rsid w:val="00E618BF"/>
    <w:pPr>
      <w:tabs>
        <w:tab w:val="center" w:pos="4680"/>
        <w:tab w:val="right" w:pos="9360"/>
      </w:tabs>
      <w:spacing w:after="0" w:line="240" w:lineRule="auto"/>
    </w:pPr>
  </w:style>
  <w:style w:type="character" w:customStyle="1" w:styleId="FooterKAR">
    <w:name w:val="Footer KAR"/>
    <w:basedOn w:val="FontParagrafDefault"/>
    <w:link w:val="Footer"/>
    <w:uiPriority w:val="99"/>
    <w:rsid w:val="00E618BF"/>
  </w:style>
  <w:style w:type="paragraph" w:styleId="TidakAdaSpasi">
    <w:name w:val="No Spacing"/>
    <w:uiPriority w:val="1"/>
    <w:qFormat/>
    <w:rsid w:val="00FC693F"/>
    <w:pPr>
      <w:spacing w:after="0" w:line="240" w:lineRule="auto"/>
    </w:pPr>
  </w:style>
  <w:style w:type="character" w:customStyle="1" w:styleId="Judul1KAR">
    <w:name w:val="Judul 1 KAR"/>
    <w:basedOn w:val="FontParagrafDefault"/>
    <w:link w:val="Judu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Judul2KAR">
    <w:name w:val="Judul 2 KAR"/>
    <w:basedOn w:val="FontParagrafDefault"/>
    <w:link w:val="Judul2"/>
    <w:uiPriority w:val="9"/>
    <w:rsid w:val="00FC693F"/>
    <w:rPr>
      <w:rFonts w:asciiTheme="majorHAnsi" w:eastAsiaTheme="majorEastAsia" w:hAnsiTheme="majorHAnsi" w:cstheme="majorBidi"/>
      <w:b/>
      <w:bCs/>
      <w:color w:val="4F81BD" w:themeColor="accent1"/>
      <w:sz w:val="26"/>
      <w:szCs w:val="26"/>
    </w:rPr>
  </w:style>
  <w:style w:type="character" w:customStyle="1" w:styleId="Judul3KAR">
    <w:name w:val="Judul 3 KAR"/>
    <w:basedOn w:val="FontParagrafDefault"/>
    <w:link w:val="Judul3"/>
    <w:uiPriority w:val="9"/>
    <w:rsid w:val="00FC693F"/>
    <w:rPr>
      <w:rFonts w:asciiTheme="majorHAnsi" w:eastAsiaTheme="majorEastAsia" w:hAnsiTheme="majorHAnsi" w:cstheme="majorBidi"/>
      <w:b/>
      <w:bCs/>
      <w:color w:val="4F81BD" w:themeColor="accent1"/>
    </w:rPr>
  </w:style>
  <w:style w:type="paragraph" w:styleId="Judul">
    <w:name w:val="Title"/>
    <w:basedOn w:val="Normal"/>
    <w:next w:val="Normal"/>
    <w:link w:val="Judu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judul">
    <w:name w:val="Subtitle"/>
    <w:basedOn w:val="Normal"/>
    <w:next w:val="Normal"/>
    <w:link w:val="SubjudulK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judulKAR">
    <w:name w:val="Subjudul KAR"/>
    <w:basedOn w:val="FontParagrafDefault"/>
    <w:link w:val="Subjudul"/>
    <w:uiPriority w:val="11"/>
    <w:rsid w:val="00FC693F"/>
    <w:rPr>
      <w:rFonts w:asciiTheme="majorHAnsi" w:eastAsiaTheme="majorEastAsia" w:hAnsiTheme="majorHAnsi" w:cstheme="majorBidi"/>
      <w:i/>
      <w:iCs/>
      <w:color w:val="4F81BD" w:themeColor="accent1"/>
      <w:spacing w:val="15"/>
      <w:sz w:val="24"/>
      <w:szCs w:val="24"/>
    </w:rPr>
  </w:style>
  <w:style w:type="paragraph" w:styleId="DaftarParagraf">
    <w:name w:val="List Paragraph"/>
    <w:basedOn w:val="Normal"/>
    <w:uiPriority w:val="34"/>
    <w:qFormat/>
    <w:rsid w:val="00FC693F"/>
    <w:pPr>
      <w:ind w:left="720"/>
      <w:contextualSpacing/>
    </w:pPr>
  </w:style>
  <w:style w:type="paragraph" w:styleId="TeksIsi">
    <w:name w:val="Body Text"/>
    <w:basedOn w:val="Normal"/>
    <w:link w:val="TeksIsiKAR"/>
    <w:uiPriority w:val="99"/>
    <w:unhideWhenUsed/>
    <w:rsid w:val="00AA1D8D"/>
    <w:pPr>
      <w:spacing w:after="120"/>
    </w:pPr>
  </w:style>
  <w:style w:type="character" w:customStyle="1" w:styleId="TeksIsiKAR">
    <w:name w:val="Teks Isi KAR"/>
    <w:basedOn w:val="FontParagrafDefault"/>
    <w:link w:val="TeksIsi"/>
    <w:uiPriority w:val="99"/>
    <w:rsid w:val="00AA1D8D"/>
  </w:style>
  <w:style w:type="paragraph" w:styleId="TeksIsi2">
    <w:name w:val="Body Text 2"/>
    <w:basedOn w:val="Normal"/>
    <w:link w:val="TeksIsi2KAR"/>
    <w:uiPriority w:val="99"/>
    <w:unhideWhenUsed/>
    <w:rsid w:val="00AA1D8D"/>
    <w:pPr>
      <w:spacing w:after="120" w:line="480" w:lineRule="auto"/>
    </w:pPr>
  </w:style>
  <w:style w:type="character" w:customStyle="1" w:styleId="TeksIsi2KAR">
    <w:name w:val="Teks Isi 2 KAR"/>
    <w:basedOn w:val="FontParagrafDefault"/>
    <w:link w:val="TeksIsi2"/>
    <w:uiPriority w:val="99"/>
    <w:rsid w:val="00AA1D8D"/>
  </w:style>
  <w:style w:type="paragraph" w:styleId="TeksIsi3">
    <w:name w:val="Body Text 3"/>
    <w:basedOn w:val="Normal"/>
    <w:link w:val="TeksIsi3KAR"/>
    <w:uiPriority w:val="99"/>
    <w:unhideWhenUsed/>
    <w:rsid w:val="00AA1D8D"/>
    <w:pPr>
      <w:spacing w:after="120"/>
    </w:pPr>
    <w:rPr>
      <w:sz w:val="16"/>
      <w:szCs w:val="16"/>
    </w:rPr>
  </w:style>
  <w:style w:type="character" w:customStyle="1" w:styleId="TeksIsi3KAR">
    <w:name w:val="Teks Isi 3 KAR"/>
    <w:basedOn w:val="FontParagrafDefault"/>
    <w:link w:val="TeksIsi3"/>
    <w:uiPriority w:val="99"/>
    <w:rsid w:val="00AA1D8D"/>
    <w:rPr>
      <w:sz w:val="16"/>
      <w:szCs w:val="16"/>
    </w:rPr>
  </w:style>
  <w:style w:type="paragraph" w:styleId="Daftar">
    <w:name w:val="List"/>
    <w:basedOn w:val="Normal"/>
    <w:uiPriority w:val="99"/>
    <w:unhideWhenUsed/>
    <w:rsid w:val="00AA1D8D"/>
    <w:pPr>
      <w:ind w:left="360" w:hanging="360"/>
      <w:contextualSpacing/>
    </w:pPr>
  </w:style>
  <w:style w:type="paragraph" w:styleId="Daftar2">
    <w:name w:val="List 2"/>
    <w:basedOn w:val="Normal"/>
    <w:uiPriority w:val="99"/>
    <w:unhideWhenUsed/>
    <w:rsid w:val="00326F90"/>
    <w:pPr>
      <w:ind w:left="720" w:hanging="360"/>
      <w:contextualSpacing/>
    </w:pPr>
  </w:style>
  <w:style w:type="paragraph" w:styleId="Daftar3">
    <w:name w:val="List 3"/>
    <w:basedOn w:val="Normal"/>
    <w:uiPriority w:val="99"/>
    <w:unhideWhenUsed/>
    <w:rsid w:val="00326F90"/>
    <w:pPr>
      <w:ind w:left="1080" w:hanging="360"/>
      <w:contextualSpacing/>
    </w:pPr>
  </w:style>
  <w:style w:type="paragraph" w:styleId="PoinDaftar">
    <w:name w:val="List Bullet"/>
    <w:basedOn w:val="Normal"/>
    <w:uiPriority w:val="99"/>
    <w:unhideWhenUsed/>
    <w:rsid w:val="00326F90"/>
    <w:pPr>
      <w:numPr>
        <w:numId w:val="1"/>
      </w:numPr>
      <w:contextualSpacing/>
    </w:pPr>
  </w:style>
  <w:style w:type="paragraph" w:styleId="PoinDaftar2">
    <w:name w:val="List Bullet 2"/>
    <w:basedOn w:val="Normal"/>
    <w:uiPriority w:val="99"/>
    <w:unhideWhenUsed/>
    <w:rsid w:val="00326F90"/>
    <w:pPr>
      <w:numPr>
        <w:numId w:val="2"/>
      </w:numPr>
      <w:contextualSpacing/>
    </w:pPr>
  </w:style>
  <w:style w:type="paragraph" w:styleId="PoinDaftar3">
    <w:name w:val="List Bullet 3"/>
    <w:basedOn w:val="Normal"/>
    <w:uiPriority w:val="99"/>
    <w:unhideWhenUsed/>
    <w:rsid w:val="00326F90"/>
    <w:pPr>
      <w:numPr>
        <w:numId w:val="3"/>
      </w:numPr>
      <w:contextualSpacing/>
    </w:pPr>
  </w:style>
  <w:style w:type="paragraph" w:styleId="NomorDaftar">
    <w:name w:val="List Number"/>
    <w:basedOn w:val="Normal"/>
    <w:uiPriority w:val="99"/>
    <w:unhideWhenUsed/>
    <w:rsid w:val="00326F90"/>
    <w:pPr>
      <w:numPr>
        <w:numId w:val="5"/>
      </w:numPr>
      <w:contextualSpacing/>
    </w:pPr>
  </w:style>
  <w:style w:type="paragraph" w:styleId="NomorDaftar2">
    <w:name w:val="List Number 2"/>
    <w:basedOn w:val="Normal"/>
    <w:uiPriority w:val="99"/>
    <w:unhideWhenUsed/>
    <w:rsid w:val="0029639D"/>
    <w:pPr>
      <w:numPr>
        <w:numId w:val="6"/>
      </w:numPr>
      <w:contextualSpacing/>
    </w:pPr>
  </w:style>
  <w:style w:type="paragraph" w:styleId="NomorDaftar3">
    <w:name w:val="List Number 3"/>
    <w:basedOn w:val="Normal"/>
    <w:uiPriority w:val="99"/>
    <w:unhideWhenUsed/>
    <w:rsid w:val="0029639D"/>
    <w:pPr>
      <w:numPr>
        <w:numId w:val="7"/>
      </w:numPr>
      <w:contextualSpacing/>
    </w:pPr>
  </w:style>
  <w:style w:type="paragraph" w:styleId="DaftarBerkelanjutan">
    <w:name w:val="List Continue"/>
    <w:basedOn w:val="Normal"/>
    <w:uiPriority w:val="99"/>
    <w:unhideWhenUsed/>
    <w:rsid w:val="0029639D"/>
    <w:pPr>
      <w:spacing w:after="120"/>
      <w:ind w:left="360"/>
      <w:contextualSpacing/>
    </w:pPr>
  </w:style>
  <w:style w:type="paragraph" w:styleId="DaftarBerkelanjutan2">
    <w:name w:val="List Continue 2"/>
    <w:basedOn w:val="Normal"/>
    <w:uiPriority w:val="99"/>
    <w:unhideWhenUsed/>
    <w:rsid w:val="0029639D"/>
    <w:pPr>
      <w:spacing w:after="120"/>
      <w:ind w:left="720"/>
      <w:contextualSpacing/>
    </w:pPr>
  </w:style>
  <w:style w:type="paragraph" w:styleId="DaftarBerkelanjutan3">
    <w:name w:val="List Continue 3"/>
    <w:basedOn w:val="Normal"/>
    <w:uiPriority w:val="99"/>
    <w:unhideWhenUsed/>
    <w:rsid w:val="0029639D"/>
    <w:pPr>
      <w:spacing w:after="120"/>
      <w:ind w:left="1080"/>
      <w:contextualSpacing/>
    </w:pPr>
  </w:style>
  <w:style w:type="paragraph" w:styleId="TeksMakro">
    <w:name w:val="macro"/>
    <w:link w:val="TeksMakro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MakroKAR">
    <w:name w:val="Teks Makro KAR"/>
    <w:basedOn w:val="FontParagrafDefault"/>
    <w:link w:val="TeksMakro"/>
    <w:uiPriority w:val="99"/>
    <w:rsid w:val="0029639D"/>
    <w:rPr>
      <w:rFonts w:ascii="Courier" w:hAnsi="Courier"/>
      <w:sz w:val="20"/>
      <w:szCs w:val="20"/>
    </w:rPr>
  </w:style>
  <w:style w:type="paragraph" w:styleId="Kutipan">
    <w:name w:val="Quote"/>
    <w:basedOn w:val="Normal"/>
    <w:next w:val="Normal"/>
    <w:link w:val="KutipanKAR"/>
    <w:uiPriority w:val="29"/>
    <w:qFormat/>
    <w:rsid w:val="00FC693F"/>
    <w:rPr>
      <w:i/>
      <w:iCs/>
      <w:color w:val="000000" w:themeColor="text1"/>
    </w:rPr>
  </w:style>
  <w:style w:type="character" w:customStyle="1" w:styleId="KutipanKAR">
    <w:name w:val="Kutipan KAR"/>
    <w:basedOn w:val="FontParagrafDefault"/>
    <w:link w:val="Kutipan"/>
    <w:uiPriority w:val="29"/>
    <w:rsid w:val="00FC693F"/>
    <w:rPr>
      <w:i/>
      <w:iCs/>
      <w:color w:val="000000" w:themeColor="text1"/>
    </w:rPr>
  </w:style>
  <w:style w:type="character" w:customStyle="1" w:styleId="Judul4KAR">
    <w:name w:val="Judul 4 KAR"/>
    <w:basedOn w:val="FontParagrafDefault"/>
    <w:link w:val="Judul4"/>
    <w:uiPriority w:val="9"/>
    <w:semiHidden/>
    <w:rsid w:val="00FC693F"/>
    <w:rPr>
      <w:rFonts w:asciiTheme="majorHAnsi" w:eastAsiaTheme="majorEastAsia" w:hAnsiTheme="majorHAnsi" w:cstheme="majorBidi"/>
      <w:b/>
      <w:bCs/>
      <w:i/>
      <w:iCs/>
      <w:color w:val="4F81BD" w:themeColor="accent1"/>
    </w:rPr>
  </w:style>
  <w:style w:type="character" w:customStyle="1" w:styleId="Judul5KAR">
    <w:name w:val="Judul 5 KAR"/>
    <w:basedOn w:val="FontParagrafDefault"/>
    <w:link w:val="Judul5"/>
    <w:uiPriority w:val="9"/>
    <w:semiHidden/>
    <w:rsid w:val="00FC693F"/>
    <w:rPr>
      <w:rFonts w:asciiTheme="majorHAnsi" w:eastAsiaTheme="majorEastAsia" w:hAnsiTheme="majorHAnsi" w:cstheme="majorBidi"/>
      <w:color w:val="243F60" w:themeColor="accent1" w:themeShade="7F"/>
    </w:rPr>
  </w:style>
  <w:style w:type="character" w:customStyle="1" w:styleId="Judul6KAR">
    <w:name w:val="Judul 6 KAR"/>
    <w:basedOn w:val="FontParagrafDefault"/>
    <w:link w:val="Judul6"/>
    <w:uiPriority w:val="9"/>
    <w:semiHidden/>
    <w:rsid w:val="00FC693F"/>
    <w:rPr>
      <w:rFonts w:asciiTheme="majorHAnsi" w:eastAsiaTheme="majorEastAsia" w:hAnsiTheme="majorHAnsi" w:cstheme="majorBidi"/>
      <w:i/>
      <w:iCs/>
      <w:color w:val="243F60" w:themeColor="accent1" w:themeShade="7F"/>
    </w:rPr>
  </w:style>
  <w:style w:type="character" w:customStyle="1" w:styleId="Judul7KAR">
    <w:name w:val="Judul 7 KAR"/>
    <w:basedOn w:val="FontParagrafDefault"/>
    <w:link w:val="Judul7"/>
    <w:uiPriority w:val="9"/>
    <w:semiHidden/>
    <w:rsid w:val="00FC693F"/>
    <w:rPr>
      <w:rFonts w:asciiTheme="majorHAnsi" w:eastAsiaTheme="majorEastAsia" w:hAnsiTheme="majorHAnsi" w:cstheme="majorBidi"/>
      <w:i/>
      <w:iCs/>
      <w:color w:val="404040" w:themeColor="text1" w:themeTint="BF"/>
    </w:rPr>
  </w:style>
  <w:style w:type="character" w:customStyle="1" w:styleId="Judul8KAR">
    <w:name w:val="Judul 8 KAR"/>
    <w:basedOn w:val="FontParagrafDefault"/>
    <w:link w:val="Judul8"/>
    <w:uiPriority w:val="9"/>
    <w:semiHidden/>
    <w:rsid w:val="00FC693F"/>
    <w:rPr>
      <w:rFonts w:asciiTheme="majorHAnsi" w:eastAsiaTheme="majorEastAsia" w:hAnsiTheme="majorHAnsi" w:cstheme="majorBidi"/>
      <w:color w:val="4F81BD" w:themeColor="accent1"/>
      <w:sz w:val="20"/>
      <w:szCs w:val="20"/>
    </w:rPr>
  </w:style>
  <w:style w:type="character" w:customStyle="1" w:styleId="Judul9KAR">
    <w:name w:val="Judul 9 KAR"/>
    <w:basedOn w:val="FontParagrafDefault"/>
    <w:link w:val="Judul9"/>
    <w:uiPriority w:val="9"/>
    <w:semiHidden/>
    <w:rsid w:val="00FC693F"/>
    <w:rPr>
      <w:rFonts w:asciiTheme="majorHAnsi" w:eastAsiaTheme="majorEastAsia" w:hAnsiTheme="majorHAnsi" w:cstheme="majorBidi"/>
      <w:i/>
      <w:iCs/>
      <w:color w:val="404040" w:themeColor="text1" w:themeTint="BF"/>
      <w:sz w:val="20"/>
      <w:szCs w:val="20"/>
    </w:rPr>
  </w:style>
  <w:style w:type="paragraph" w:styleId="Keteranga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Kuat">
    <w:name w:val="Strong"/>
    <w:basedOn w:val="FontParagrafDefault"/>
    <w:uiPriority w:val="22"/>
    <w:qFormat/>
    <w:rsid w:val="00FC693F"/>
    <w:rPr>
      <w:b/>
      <w:bCs/>
    </w:rPr>
  </w:style>
  <w:style w:type="character" w:styleId="Penekanan">
    <w:name w:val="Emphasis"/>
    <w:basedOn w:val="FontParagrafDefault"/>
    <w:uiPriority w:val="20"/>
    <w:qFormat/>
    <w:rsid w:val="00FC693F"/>
    <w:rPr>
      <w:i/>
      <w:iCs/>
    </w:rPr>
  </w:style>
  <w:style w:type="paragraph" w:styleId="KutipanyangSering">
    <w:name w:val="Intense Quote"/>
    <w:basedOn w:val="Normal"/>
    <w:next w:val="Normal"/>
    <w:link w:val="KutipanyangSer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utipanyangSeringKAR">
    <w:name w:val="Kutipan yang Sering KAR"/>
    <w:basedOn w:val="FontParagrafDefault"/>
    <w:link w:val="KutipanyangSering"/>
    <w:uiPriority w:val="30"/>
    <w:rsid w:val="00FC693F"/>
    <w:rPr>
      <w:b/>
      <w:bCs/>
      <w:i/>
      <w:iCs/>
      <w:color w:val="4F81BD" w:themeColor="accent1"/>
    </w:rPr>
  </w:style>
  <w:style w:type="character" w:styleId="PenekananHalus">
    <w:name w:val="Subtle Emphasis"/>
    <w:basedOn w:val="FontParagrafDefault"/>
    <w:uiPriority w:val="19"/>
    <w:qFormat/>
    <w:rsid w:val="00FC693F"/>
    <w:rPr>
      <w:i/>
      <w:iCs/>
      <w:color w:val="808080" w:themeColor="text1" w:themeTint="7F"/>
    </w:rPr>
  </w:style>
  <w:style w:type="character" w:styleId="PenekananKeras">
    <w:name w:val="Intense Emphasis"/>
    <w:basedOn w:val="FontParagrafDefault"/>
    <w:uiPriority w:val="21"/>
    <w:qFormat/>
    <w:rsid w:val="00FC693F"/>
    <w:rPr>
      <w:b/>
      <w:bCs/>
      <w:i/>
      <w:iCs/>
      <w:color w:val="4F81BD" w:themeColor="accent1"/>
    </w:rPr>
  </w:style>
  <w:style w:type="character" w:styleId="ReferensiRumit">
    <w:name w:val="Subtle Reference"/>
    <w:basedOn w:val="FontParagrafDefault"/>
    <w:uiPriority w:val="31"/>
    <w:qFormat/>
    <w:rsid w:val="00FC693F"/>
    <w:rPr>
      <w:smallCaps/>
      <w:color w:val="C0504D" w:themeColor="accent2"/>
      <w:u w:val="single"/>
    </w:rPr>
  </w:style>
  <w:style w:type="character" w:styleId="ReferensiyangSering">
    <w:name w:val="Intense Reference"/>
    <w:basedOn w:val="FontParagrafDefault"/>
    <w:uiPriority w:val="32"/>
    <w:qFormat/>
    <w:rsid w:val="00FC693F"/>
    <w:rPr>
      <w:b/>
      <w:bCs/>
      <w:smallCaps/>
      <w:color w:val="C0504D" w:themeColor="accent2"/>
      <w:spacing w:val="5"/>
      <w:u w:val="single"/>
    </w:rPr>
  </w:style>
  <w:style w:type="character" w:styleId="JudulBuku">
    <w:name w:val="Book Title"/>
    <w:basedOn w:val="FontParagrafDefault"/>
    <w:uiPriority w:val="33"/>
    <w:qFormat/>
    <w:rsid w:val="00FC693F"/>
    <w:rPr>
      <w:b/>
      <w:bCs/>
      <w:smallCaps/>
      <w:spacing w:val="5"/>
    </w:rPr>
  </w:style>
  <w:style w:type="paragraph" w:styleId="JudulTOC">
    <w:name w:val="TOC Heading"/>
    <w:basedOn w:val="Judul1"/>
    <w:next w:val="Normal"/>
    <w:uiPriority w:val="39"/>
    <w:semiHidden/>
    <w:unhideWhenUsed/>
    <w:qFormat/>
    <w:rsid w:val="00FC693F"/>
    <w:pPr>
      <w:outlineLvl w:val="9"/>
    </w:pPr>
  </w:style>
  <w:style w:type="table" w:styleId="KisiTabe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BayanganTip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BayanganCahaya-Aksen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BayanganCahaya-Aksen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BayanganCahaya-Aksen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BayanganCahaya-Aksen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BayanganCahaya-Aksen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BayanganCahaya-Aksen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ftarCahaya">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ftarCahaya-Aksen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ftarCahaya-Aksen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ftarCahaya-Aksen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ftarCahaya-Aksen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ftarCahaya-Aksen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ftarCahaya-Aksen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KisiCahaya">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KisiCahaya-Aksen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KisiCahaya-Aksen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isiCahaya-Aksen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KisiCahaya-Aksen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KisiCahaya-Aksen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KisiCahaya-Aksen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BayanganSedang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BayanganSedang1-Aksen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BayanganSedang1-Aksen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BayanganSedang1-Aksen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BayanganSedang1-Aksen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BayanganSedang1-Aksen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BayanganSedang1-Aksen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BayanganSedang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BayanganSedang2-Aksen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ftarSedang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ftarSedang1-Aksen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ftarSedang1-Aksen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ftarSedang1-Aksen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ftarSedang1-Aksen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ftarSedang1-Aksen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ftarSedang1-Aksen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ftarSedang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ftarSedang2-Aksen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isiSedang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Sedang1-Aksen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Sedang1-Aksen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Sedang1-Aksen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Sedang1-Aksen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Sedang1-Aksen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Sedang1-Aksen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isiSedang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isiSedang2-Aksen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isiSedang2-Aksen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isiSedang2-Aksen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isiSedang2-Aksen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isiSedang2-Aksen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isiSedang2-Aksen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isiSedang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isiSedang3-Aksen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isiSedang3-Aksen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isiSedang3-Aksen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isiSedang3-Aksen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isiSedang3-Aksen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isiSedang3-Aksen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ftarGelap">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ftarGelap-Aksen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ftarGelap-Aksen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ftarGelap-Aksen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ftarGelap-Aksen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ftarGelap-Aksen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ftarGelap-Aksen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yanganBerwarna">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yanganBerwarna-Aksen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yanganBerwarna-Aksen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yanganBerwarna-Aksen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yanganBerwarna-Aksen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yanganBerwarna-Aksen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yanganBerwarna-Aksen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ftarBerwarna">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ftarBerwarna-Aksen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ftarBerwarna-Aksen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ftarBerwarna-Aksen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ftarBerwarna-Aksen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ftarBerwarna-Aksen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ftarBerwarna-Aksen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isiBerwarna">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isiBerwarna-Aksen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isiBerwarna-Aksen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isiBerwarna-Aksen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isiBerwarna-Aksen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isiBerwarna-Aksen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isiBerwarna-Aksen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marcella adelia</cp:lastModifiedBy>
  <cp:revision>3</cp:revision>
  <dcterms:created xsi:type="dcterms:W3CDTF">2026-05-14T05:01:00Z</dcterms:created>
  <dcterms:modified xsi:type="dcterms:W3CDTF">2026-05-14T05:03:00Z</dcterms:modified>
  <cp:category/>
</cp:coreProperties>
</file>